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E10" w:rsidRDefault="00645FC4">
      <w:pPr>
        <w:pStyle w:val="Titolo2"/>
      </w:pPr>
      <w:bookmarkStart w:id="0" w:name="_GoBack"/>
      <w:bookmarkEnd w:id="0"/>
      <w:r>
        <w:br/>
        <w:t>LIBERATORIA – ART BONUS</w:t>
      </w:r>
      <w:r w:rsidR="00434B94">
        <w:t xml:space="preserve"> </w:t>
      </w:r>
      <w:r>
        <w:t>(Art. 1, L. 106/2014)</w:t>
      </w:r>
    </w:p>
    <w:p w:rsidR="00434B94" w:rsidRPr="00434B94" w:rsidRDefault="00434B94" w:rsidP="00434B94"/>
    <w:p w:rsidR="00DF1E10" w:rsidRDefault="00645FC4">
      <w:r>
        <w:t>Il/La sottoscritto/a ____________________________________________________________</w:t>
      </w:r>
    </w:p>
    <w:p w:rsidR="00DF1E10" w:rsidRDefault="00645FC4">
      <w:r>
        <w:t>residente in (indirizzo completo):</w:t>
      </w:r>
    </w:p>
    <w:p w:rsidR="00DF1E10" w:rsidRDefault="00645FC4">
      <w:r>
        <w:t>_____________________________________________________________________________</w:t>
      </w:r>
    </w:p>
    <w:p w:rsidR="00DF1E10" w:rsidRDefault="00645FC4">
      <w:r>
        <w:t>Codice Fiscale: _______________________________________________________________</w:t>
      </w:r>
      <w:r>
        <w:br/>
      </w:r>
    </w:p>
    <w:p w:rsidR="00DF1E10" w:rsidRDefault="00645FC4">
      <w:r>
        <w:t xml:space="preserve">Per le </w:t>
      </w:r>
      <w:proofErr w:type="spellStart"/>
      <w:r>
        <w:t>persone</w:t>
      </w:r>
      <w:proofErr w:type="spellEnd"/>
      <w:r>
        <w:t xml:space="preserve"> </w:t>
      </w:r>
      <w:proofErr w:type="spellStart"/>
      <w:r>
        <w:t>giuridiche</w:t>
      </w:r>
      <w:proofErr w:type="spellEnd"/>
      <w:r>
        <w:t>:</w:t>
      </w:r>
    </w:p>
    <w:p w:rsidR="00DF1E10" w:rsidRDefault="00645FC4">
      <w:r>
        <w:t>In qualità di rappresentante legale della Società/Ente</w:t>
      </w:r>
    </w:p>
    <w:p w:rsidR="00DF1E10" w:rsidRDefault="00645FC4">
      <w:r>
        <w:t>_______________</w:t>
      </w:r>
      <w:r>
        <w:t>______________________________________________________________</w:t>
      </w:r>
    </w:p>
    <w:p w:rsidR="00DF1E10" w:rsidRDefault="00645FC4">
      <w:r>
        <w:t>con sede legale in (indirizzo completo):</w:t>
      </w:r>
    </w:p>
    <w:p w:rsidR="00DF1E10" w:rsidRDefault="00645FC4">
      <w:r>
        <w:t>_____________________________________________________________________________</w:t>
      </w:r>
    </w:p>
    <w:p w:rsidR="00DF1E10" w:rsidRDefault="00645FC4">
      <w:r>
        <w:t>Codice Fiscale / Partita IVA: ____________________________________________</w:t>
      </w:r>
      <w:r>
        <w:t>________</w:t>
      </w:r>
      <w:r>
        <w:br/>
      </w:r>
    </w:p>
    <w:p w:rsidR="00DF1E10" w:rsidRDefault="00645FC4">
      <w:pPr>
        <w:pStyle w:val="Titolo2"/>
      </w:pPr>
      <w:r>
        <w:t>AUTORIZZA</w:t>
      </w:r>
    </w:p>
    <w:p w:rsidR="00DF1E10" w:rsidRDefault="00645FC4">
      <w:r>
        <w:t>La pubblicazione dell’importo dell’erogazione liberale effettuata e del proprio nome e cognome / ragione sociale della Società/Ente rappresentato:</w:t>
      </w:r>
      <w:r>
        <w:br/>
      </w:r>
      <w:r>
        <w:br/>
        <w:t>- sul sito istituzionale del Comune di Coriano</w:t>
      </w:r>
      <w:r>
        <w:br/>
        <w:t xml:space="preserve">- su tutto il materiale di </w:t>
      </w:r>
      <w:proofErr w:type="spellStart"/>
      <w:r>
        <w:t>comunicazione</w:t>
      </w:r>
      <w:proofErr w:type="spellEnd"/>
      <w:r>
        <w:t xml:space="preserve"> </w:t>
      </w:r>
      <w:proofErr w:type="spellStart"/>
      <w:r>
        <w:t>relativo</w:t>
      </w:r>
      <w:proofErr w:type="spellEnd"/>
      <w:r>
        <w:t xml:space="preserve"> </w:t>
      </w:r>
      <w:proofErr w:type="spellStart"/>
      <w:r>
        <w:t>all’Art</w:t>
      </w:r>
      <w:proofErr w:type="spellEnd"/>
      <w:r>
        <w:t xml:space="preserve"> Bonus</w:t>
      </w:r>
    </w:p>
    <w:p w:rsidR="00434B94" w:rsidRDefault="00645FC4">
      <w:r>
        <w:br/>
      </w:r>
    </w:p>
    <w:p w:rsidR="00434B94" w:rsidRDefault="00434B94"/>
    <w:p w:rsidR="00DF1E10" w:rsidRDefault="00645FC4">
      <w:proofErr w:type="spellStart"/>
      <w:r>
        <w:t>Luogo</w:t>
      </w:r>
      <w:proofErr w:type="spellEnd"/>
      <w:r>
        <w:t xml:space="preserve"> e Data: __________________________________</w:t>
      </w:r>
      <w:r w:rsidR="00434B94">
        <w:t xml:space="preserve">          </w:t>
      </w:r>
      <w:r>
        <w:t>Firma: _________________________________________</w:t>
      </w:r>
    </w:p>
    <w:sectPr w:rsidR="00DF1E10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FC4" w:rsidRDefault="00645FC4" w:rsidP="00434B94">
      <w:pPr>
        <w:spacing w:after="0" w:line="240" w:lineRule="auto"/>
      </w:pPr>
      <w:r>
        <w:separator/>
      </w:r>
    </w:p>
  </w:endnote>
  <w:endnote w:type="continuationSeparator" w:id="0">
    <w:p w:rsidR="00645FC4" w:rsidRDefault="00645FC4" w:rsidP="00434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FC4" w:rsidRDefault="00645FC4" w:rsidP="00434B94">
      <w:pPr>
        <w:spacing w:after="0" w:line="240" w:lineRule="auto"/>
      </w:pPr>
      <w:r>
        <w:separator/>
      </w:r>
    </w:p>
  </w:footnote>
  <w:footnote w:type="continuationSeparator" w:id="0">
    <w:p w:rsidR="00645FC4" w:rsidRDefault="00645FC4" w:rsidP="00434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B94" w:rsidRDefault="00434B94" w:rsidP="00434B94">
    <w:pPr>
      <w:pStyle w:val="Titolo1"/>
      <w:spacing w:before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316E3D" wp14:editId="145EF0DB">
          <wp:simplePos x="0" y="0"/>
          <wp:positionH relativeFrom="column">
            <wp:posOffset>5486400</wp:posOffset>
          </wp:positionH>
          <wp:positionV relativeFrom="paragraph">
            <wp:posOffset>-363220</wp:posOffset>
          </wp:positionV>
          <wp:extent cx="819150" cy="8191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omune-no-s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COMUNE DI CORIANO</w:t>
    </w:r>
  </w:p>
  <w:p w:rsidR="00434B94" w:rsidRDefault="00434B94" w:rsidP="00434B94">
    <w:proofErr w:type="spellStart"/>
    <w:r>
      <w:t>Provincia</w:t>
    </w:r>
    <w:proofErr w:type="spellEnd"/>
    <w:r>
      <w:t xml:space="preserve"> di Rimini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34B94"/>
    <w:rsid w:val="00645FC4"/>
    <w:rsid w:val="00AA1D8D"/>
    <w:rsid w:val="00B47730"/>
    <w:rsid w:val="00CB0664"/>
    <w:rsid w:val="00DF1E1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3A0917"/>
  <w14:defaultImageDpi w14:val="300"/>
  <w15:docId w15:val="{EE2406ED-83F0-4963-A586-0BF3D4EE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3B0FD3-603E-49CA-A3E5-65A63DBDC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Luca Sirri</cp:lastModifiedBy>
  <cp:revision>2</cp:revision>
  <dcterms:created xsi:type="dcterms:W3CDTF">2025-07-18T11:30:00Z</dcterms:created>
  <dcterms:modified xsi:type="dcterms:W3CDTF">2025-07-18T11:30:00Z</dcterms:modified>
  <cp:category/>
</cp:coreProperties>
</file>